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Duxin aula, Merikatu 21, 64100 Kristiinankaupunki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13:00-16:00 Tapaa kansainvälisiä taiteilijoita Duxissa klo 13-16</w:t>
      </w:r>
    </w:p>
    <w:p>
      <w:r>
        <w:t>Yoriko Yamamoto ja Othilie Emanuelsen kertovat taiteestaan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