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Fanny, Kirkkopuistikko 34, 65100 Vaasa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18:30-23:30 Feasta clubi-ilta</w:t>
      </w:r>
    </w:p>
    <w:p>
      <w:r>
        <w:t xml:space="preserve">Feasta Club Fannyssa 17.10. klo 18.30 Kolmen vaasalaisen bändin clubi-ilta for free!!!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