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16:00-22:00 Teaterresa till Wasa Teater   Tillsammans</w:t>
      </w:r>
    </w:p>
    <w:p>
      <w:r>
        <w:t>Välkommen på teaterresa 24.10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