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Österbottens Minneslots, Kyrkoesplanaden 4, Vasa</w:t>
      </w:r>
    </w:p>
    <w:p>
      <w:r>
        <w:t>28.10.2026 keskiviikko</w:t>
      </w:r>
    </w:p>
    <w:p>
      <w:pPr>
        <w:pStyle w:val="Heading1"/>
      </w:pPr>
      <w:r>
        <w:t>28.10.2026-4.11.2026</w:t>
      </w:r>
    </w:p>
    <w:p>
      <w:pPr>
        <w:pStyle w:val="Heading2"/>
      </w:pPr>
      <w:r>
        <w:t>17:00-19:00 Minneskompisskolning</w:t>
      </w:r>
    </w:p>
    <w:p>
      <w:r>
        <w:t>Utbildning för dig som vill bli Minneskompis och stöda en person med minnessjukdom till en meningsfull vardag.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