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tupa 2. TaiKonin tilat sijaitsevat Kasarmi 11:ssä Vaasan keskustassa osoitteessa Itäinen Kasarmintori 7-9.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 xml:space="preserve">19:15-20:15 Afrotanssia ja Buti-joogaa </w:t>
      </w:r>
    </w:p>
    <w:p>
      <w:r>
        <w:t>Tule mukaan Afro x Buti -tunnille, jossa yhdistyvät energinen afrotanssi ja voimakas Buti-jooga!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