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Musikcentralen Jeppis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18:00-18:00 Rock Theatre plays A Trick of the Tail</w:t>
      </w:r>
    </w:p>
    <w:p>
      <w:r>
        <w:t>Musikcentralen Jeppis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