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Cornelia, Vasavägen 10, 64200 Närpes</w:t>
      </w: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>16:00-19:00 Pumpafest</w:t>
      </w:r>
    </w:p>
    <w:p>
      <w:r>
        <w:t>Pumpafest med pyssel, pumpakarvning, bingo, spökvandring och miniescaperoom vid Cornelia, Närpes lördag 24.10 kl 16-19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