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Karleby 21.9, Kronoby 24.9, Jakobstad 25.9, Vasa 25.9, Närpes 25.9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10:00-11:00 Babydagen 2026</w:t>
      </w:r>
    </w:p>
    <w:p>
      <w:r>
        <w:t>Fantastiska nyheter för de allra minsta!  Nu firas den tionde Babydagen runt om i Svenskfinland!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