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19:00-20:00 Författarsamtal med Ted Forsström</w:t>
      </w:r>
    </w:p>
    <w:p>
      <w:r>
        <w:t>Ted Forsström berättar om Den blå flammans följe, sitt skrivande och den fantasifulla värld han skapat.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