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Brita Maria parken, Hållhagsvägen 6, 67100 Karleby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11:00-13:00 NaturKul</w:t>
      </w:r>
    </w:p>
    <w:p>
      <w:r>
        <w:t>Ta med hela familjen och fira in hösten med oss! NaturKul är en lekfull och avslappnande utedag för småbarnsfamiljer!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