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Brandkårshuset, Christinegatan 2, 68600 Jakobstad</w:t>
      </w:r>
    </w:p>
    <w:p>
      <w:r>
        <w:t>7.10.2026 keskiviikko</w:t>
      </w:r>
    </w:p>
    <w:p>
      <w:pPr>
        <w:pStyle w:val="Heading1"/>
      </w:pPr>
      <w:r>
        <w:t>7.10.2026-10.10.2026</w:t>
      </w:r>
    </w:p>
    <w:p>
      <w:pPr>
        <w:pStyle w:val="Heading2"/>
      </w:pPr>
      <w:r>
        <w:t>19:00-23:00 JEPPIS JAZZ FESTIVAL 2026</w:t>
      </w:r>
    </w:p>
    <w:p>
      <w:r>
        <w:t xml:space="preserve">JEPPIS JAZZ FESTIVAL 7-10.10.2026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