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Samlingshuset, Kronobyvägen 3, 68500 Kronoby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 xml:space="preserve">21:00-21:00 Krombi Rock </w:t>
      </w:r>
    </w:p>
    <w:p>
      <w:r>
        <w:t>Denna höstklassiker bjuder på rockmusik och skön stämning med två band på scenen i Samlingshuset i Kronoby.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