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Eläkeläisten toimintakeskus, Ajurinkatu 14, Vaasa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09:30-10:45 Kelan palvelut senioreille: Valmistaudu huomiseen – sujuva arki ikääntyessä</w:t>
      </w:r>
    </w:p>
    <w:p>
      <w:r>
        <w:t>Vaasan vanhusneuvosto järjestää katsomon Kelan live-lähetyksestä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