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Korsholmanpuistikko 44, Vaasa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17:00-18:30 Järjestötreffit 30.9.2026 klo 17-18.30 Yhdistysten varautumisilta</w:t>
      </w:r>
    </w:p>
    <w:p>
      <w:r>
        <w:t>Poikkeustilanteisiin varautumisvinkkejä.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