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kellari, Pietarinpuistikko 8, 68600 Pietarsaari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19:00-20:30 Kokeile aikidoa!</w:t>
      </w:r>
    </w:p>
    <w:p>
      <w:r>
        <w:t>Kiinnostaako aikido? Tule kokeilemaan ystävällistä budolajia ma 21.9. klo 19 budosalissa Urheilutalon kellarissa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