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Handelsesplanaden 12, 65100 Vasa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20:00-23:00 Rock Theatre plays A Trick of the Tail and more</w:t>
      </w:r>
    </w:p>
    <w:p>
      <w:r>
        <w:t>Rock Theatre plays the classic music of Genesis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