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20:00-23:00 Misty Step - "jazz på svenska"</w:t>
      </w:r>
    </w:p>
    <w:p>
      <w:r>
        <w:t>jazz standards given new life through original Swedish lyrics, alongside original songs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