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VKS H-talo, huone HO-125</w:t>
      </w:r>
    </w:p>
    <w:p>
      <w:r>
        <w:t>28.10.2026 keskiviikko</w:t>
      </w:r>
    </w:p>
    <w:p>
      <w:pPr>
        <w:pStyle w:val="Heading1"/>
      </w:pPr>
      <w:r>
        <w:t>28.10.2026-5.11.2026</w:t>
      </w:r>
    </w:p>
    <w:p>
      <w:pPr>
        <w:pStyle w:val="Heading2"/>
      </w:pPr>
      <w:r>
        <w:t>13:00-14:00 Ninni-ryhmän ohjaajakoulutus</w:t>
      </w:r>
    </w:p>
    <w:p>
      <w:r>
        <w:t>Kohderyhmä: Henkilökunnalle, jolla on alan ammattitutkinto ja jotka tapaavat työssään sekä lapsia ja nuoria.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