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 After Eights utrymmen, Storgatan 6, 68600 Jakobstad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10:00-14:00 Gruppledarutbildning</w:t>
      </w:r>
    </w:p>
    <w:p>
      <w:r>
        <w:t>Kostnadsfri utbildning för dig som vill dra kamratstödsgrupper för vuxna med anhörig- eller beroendeproblematik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