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Setlementti Vestis (isokyläntie 20, 65280 VAASA)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16:00-19:00 Koko perheen SYYSFIESTA</w:t>
      </w:r>
    </w:p>
    <w:p>
      <w:r>
        <w:t>Mukavaa tekemistä koko perheelle, ilmaisessa syyslomatapahtumassa.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