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Mustasaaren sivistyskampus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18:00-20:00 Kestävyysfoorumi 2026</w:t>
      </w:r>
    </w:p>
    <w:p>
      <w:r>
        <w:t>Tervetuloa Mustasaaren ensimmäiseen kestävyysfoorumiin–paikallisten makujen, uusien näkökulmien ja keskustelujen iltaan!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