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Alma Adult Education Centre, Raastuvankatu 31, Vaasa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18:00-19:30 72 hours - Could you cope on your own?</w:t>
      </w:r>
    </w:p>
    <w:p>
      <w:r>
        <w:t>Free public lecture on household preparedness at Alma Adult Education Centre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