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>19:00-20:00 Författarsamtal med Ulrika Hansson</w:t>
      </w:r>
    </w:p>
    <w:p>
      <w:r>
        <w:t>Möt Ulrika Hansson i ett författarsamtal om De oförlåtna. Moderator Annette Kronholm.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