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Herrholmsgatan 18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12:00-19:30 Öppet hus på Svenska Gården 19.9.2026</w:t>
      </w:r>
    </w:p>
    <w:p>
      <w:r>
        <w:t>Kom och se på allt det fina som ryms under Svenska Gårdens tak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