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Perttiläntie 268, Isokyrö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18:00-18:00 HUIPPU-kansanmusiikkiyhtyeen konsertti pohjalaismiljöössä</w:t>
      </w:r>
    </w:p>
    <w:p>
      <w:r>
        <w:t>Palkittu HUIPPU-yhtye konsertoi Pitkän Perttilän historiallisessa miljöössä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