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Karvatvägen 267, 66800 ORAVAIS</w:t>
      </w:r>
    </w:p>
    <w:p>
      <w:r>
        <w:t>13.9.2026 sunnuntai</w:t>
      </w:r>
    </w:p>
    <w:p>
      <w:pPr>
        <w:pStyle w:val="Heading1"/>
      </w:pPr>
      <w:r>
        <w:t>13.9.2026-1.10.2026</w:t>
      </w:r>
    </w:p>
    <w:p>
      <w:pPr>
        <w:pStyle w:val="Heading2"/>
      </w:pPr>
      <w:r>
        <w:t>09:00-18:00 Loppis i Stockboden Kvarken</w:t>
      </w:r>
    </w:p>
    <w:p>
      <w:r>
        <w:t>Välkommen till en liten självbetjäningsloppis i Stockboden hos Kvarken Living!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