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Kirjastonkatu 13, 65100 Vaasa</w:t>
      </w:r>
    </w:p>
    <w:p>
      <w:r>
        <w:t>24.9.2026 torstai</w:t>
      </w:r>
    </w:p>
    <w:p>
      <w:pPr>
        <w:pStyle w:val="Heading1"/>
      </w:pPr>
      <w:r>
        <w:t>24.9.2026-5.11.2026</w:t>
      </w:r>
    </w:p>
    <w:p>
      <w:pPr>
        <w:pStyle w:val="Heading2"/>
      </w:pPr>
      <w:r>
        <w:t>18:00-19:00 Vuoden LittFest-uutuus. Lukupiirit!</w:t>
      </w:r>
    </w:p>
    <w:p>
      <w:r>
        <w:t>Tule keskustelemaan tämän vuoden LittFest-kirjailijoiden aikaisemmasta tuotannosta ja syventymään festivaalin teemoihin!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