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Keskussairaala, T-talon pääaula, OLKA pisteet Närpiön terveyskeskus ja Malmin sairaala, Pietarsaari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09:00-15:00 Asiakas- ja potilasturvallisuuspäivä: Teema-Krooniset sairaudet</w:t>
      </w:r>
    </w:p>
    <w:p>
      <w:r>
        <w:t>Yhdistykset ja järjestöt järjestävät teemapäivän Närpiössä, Vaasassa ja Pietarsaaressa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