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Beckbruksgatan 19-23, 65200 Vasa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17:00-18:00 Författaren Stina Frejman besöker Brändö bibliotek tisdagen 6.10 kl. 17.00</w:t>
      </w:r>
    </w:p>
    <w:p>
      <w:r>
        <w:t>Stina Frejman arbetade länge med facktexter som diplomingenjör, men en skrivkurs blev starten på hennes författarkarriär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