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koulu, Länsimetsäntie 10, 65280 Vaasa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10:00-13:00 Opetuspuutarhan perustaminen</w:t>
      </w:r>
    </w:p>
    <w:p>
      <w:r>
        <w:t>Länsimetsän koulun piha-alueelle perustetaan opetuspuutarha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