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Kirkkopuistikko 22 A, 65100 Vasa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19:00-19:00 Asla Jo @ Ritz</w:t>
      </w:r>
    </w:p>
    <w:p>
      <w:r>
        <w:t>Asla Jo tuo herkän suomikaihopoppinsa Vaasan Ritzille 18.9.2026. Luvassa vahvoja tunteita ja läsnäolevaa live-energiaa.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