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Jepuan kirjasto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12:00-14:00 Lukukoira Millie vierailee Jepuan kirjastossa lukuoman aikana</w:t>
      </w:r>
    </w:p>
    <w:p>
      <w:r>
        <w:t>Syysloma = Lukuloma  Lukukoira Millie vierailee Jepuan kirjastossa torstaina 15.10. klo 12.00–14.00.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