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Alma Adult Education Centre, Alma hall, Raastuvankatu 31, Vaasa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15:00-17:00 Vaasa for You: Life  Free Time</w:t>
      </w:r>
    </w:p>
    <w:p>
      <w:r>
        <w:t>Want to make the most of your life in Vaasa?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