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Government agency building, Wolffintie 35 B, Vaasa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15:00-17:00 Vaasa for You: Build Your Career</w:t>
      </w:r>
    </w:p>
    <w:p>
      <w:r>
        <w:t>Looking to build your career in Vaasa?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