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Amigo, Öurintie 20</w:t>
      </w:r>
    </w:p>
    <w:p>
      <w:r>
        <w:t>22.9.2026 tiistai</w:t>
      </w:r>
    </w:p>
    <w:p>
      <w:pPr>
        <w:pStyle w:val="Heading1"/>
      </w:pPr>
      <w:r>
        <w:t>22.9.2026-1.12.2026</w:t>
      </w:r>
    </w:p>
    <w:p>
      <w:pPr>
        <w:pStyle w:val="Heading2"/>
      </w:pPr>
      <w:r>
        <w:t>13:00-14:30 Tyttöjen tapaamiset Amigossa, Oravaisissa! Luokille 5-6</w:t>
      </w:r>
    </w:p>
    <w:p>
      <w:r>
        <w:t>Tapaa uusia kavereita, juttele ja kokeile kivoja juttuja – turvallinen paikka 5–6‑luokkalaisille 💜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