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Stjärnhallen, Idrottsgränd 1-3, Nykarleby 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13:00-16:00 Seniordagen i Nykarleby</w:t>
      </w:r>
    </w:p>
    <w:p>
      <w:r>
        <w:t xml:space="preserve">Välkommen till Seniordagen – en mötesplats för inspiration och gemenskap!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