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19:00-19:00 Tönt spelar Kent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