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Ykspihlajan toimitalo, Satamakatu 40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15:00-17:00 Äideistä parhain</w:t>
      </w:r>
    </w:p>
    <w:p>
      <w:r>
        <w:t>Tule mukaan tekemään Äideistä parhain / Den bästa av mödrar -teatteriesitystä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