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församlingshem, Marieholmsvägen 23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11:00-13:30 Höstfest för pensionärer och seniorer</w:t>
      </w:r>
    </w:p>
    <w:p>
      <w:r>
        <w:t>mat, program och sång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