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Stundars, Stundarsintie 5, Sulva</w:t>
      </w: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10:00-15:00 Perinnerakentajien messut</w:t>
      </w:r>
    </w:p>
    <w:p>
      <w:r>
        <w:t>Järjestetään Hemmerin talon pihalla Stundarsin syysmarkkinoiden yhteydessä.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