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 xml:space="preserve">18:30-20:30 KÄLLKRITIK I EN DIGITAL TIDSÅLDER: HUR SKILJER JAG SANT FRÅN FALSKT? </w:t>
      </w:r>
    </w:p>
    <w:p>
      <w:r>
        <w:t>Varifrån kommer den här bilden? Kan jag faktiskt lita på det här videoklippet? Stämmer verkligen det här? I en värld där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