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14.9.2026 maanantai</w:t>
      </w:r>
    </w:p>
    <w:p>
      <w:pPr>
        <w:pStyle w:val="Heading1"/>
      </w:pPr>
      <w:r>
        <w:t>14.9.2026-30.9.2026</w:t>
      </w:r>
    </w:p>
    <w:p>
      <w:pPr>
        <w:pStyle w:val="Heading2"/>
      </w:pPr>
      <w:r>
        <w:t xml:space="preserve">09:00-20:00 Aikuisopiston valokuvauskurssi </w:t>
      </w:r>
    </w:p>
    <w:p>
      <w:r>
        <w:t>Korsholms vuxeninstituts fotokurs ställer ut i Korsholms kulturhus, Skolvägen 1, Korsholm. Utställningens öppettider: må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