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Useassa paikassa ympäri Vähäkyrö, Laihia ja Isokyrö aluetta</w:t>
      </w:r>
    </w:p>
    <w:p>
      <w:r>
        <w:t>12.9.2026 lauantai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08:00-20:00 Kyrönmaan Pihakirppikset 2026</w:t>
      </w:r>
    </w:p>
    <w:p>
      <w:r>
        <w:t>Isossakyrössä, Vähässäkyrössä ja Laihialla järjestettävä Kyrönmaan Pihakirppikset kokoaa yhteen peräti 41 myyntipaikkaa.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