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Kasarmi 11, Itäinen Kasarmi 7–9, Vaasa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13:00-15:00 Sadonkorjuu-tapahtuma TaiKonilla</w:t>
      </w:r>
    </w:p>
    <w:p>
      <w:r>
        <w:t>Tervetuloa perheille suunnattuun Sadonkorjuu-tapahtumaan TaiKonille!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