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Veteranvägen 4 (Röda byn), Vörå</w:t>
      </w:r>
    </w:p>
    <w:p>
      <w:r>
        <w:t>9.9.2026 keskiviikko</w:t>
      </w:r>
    </w:p>
    <w:p>
      <w:pPr>
        <w:pStyle w:val="Heading1"/>
      </w:pPr>
      <w:r>
        <w:t>9.9.2026-18.11.2026</w:t>
      </w:r>
    </w:p>
    <w:p>
      <w:pPr>
        <w:pStyle w:val="Heading2"/>
      </w:pPr>
      <w:r>
        <w:t>14:00-16:00 Aktivt Seniorliv i Röda Byn i samarbete med SFV</w:t>
      </w:r>
    </w:p>
    <w:p>
      <w:r>
        <w:t>Vi umgås, rör på oss, har hjärngumpa och lyssnar på intressanta föredrag, kaffe och tilltugg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