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Palokunnantalo "Brankis", Kristiinankatu 2, Pietarsaari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18:00-20:00 AVAJAISET - BRANKIS ART POP-UP: Winds of Change - Annina Emilia</w:t>
      </w:r>
    </w:p>
    <w:p>
      <w:r>
        <w:t>Tervetuloa näyttelyn avajaisiin perjantaina klo 18.00 alkaen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