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Tähtihalli, Urheilukuja 1-3, 66900 Uusikaarlepyy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17:30-19:30 Baby Disco</w:t>
      </w:r>
    </w:p>
    <w:p>
      <w:r>
        <w:t>Musiikkia, diskovalot, saippuakuplia ja naposteltavaa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