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08:15-16:00 Matka Seinäjoen käsityömessuille 3.10</w:t>
      </w:r>
    </w:p>
    <w:p>
      <w:r>
        <w:t xml:space="preserve">Matka Seinäjoen käsityömessuile.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