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Valopuisto, Lybeckinkatu 2, Uusikaarlepyy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17:30-21:00 Uudenkaarlepyyn vesivoimalan 100-vuotisjuhla.</w:t>
      </w:r>
    </w:p>
    <w:p>
      <w:r>
        <w:t>Juhlimme Uudenkaarlepyyn vesivoimalaitoksen 100-vuotisjuhlaa.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