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Aurora Botnia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>09:00-22:00 Wellness Cruise -hyvinvointimessut</w:t>
      </w:r>
    </w:p>
    <w:p>
      <w:r>
        <w:t>Minimessut ja ihana päivä yhdessä laivalla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